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06609" w14:textId="77777777" w:rsidR="00813EA4" w:rsidRDefault="00FC6798">
      <w:pPr>
        <w:spacing w:after="0"/>
        <w:jc w:val="center"/>
      </w:pPr>
      <w:r>
        <w:rPr>
          <w:b/>
          <w:sz w:val="27"/>
        </w:rPr>
        <w:t>INTEGRATED TEACHER EDUCATION PROGRAMME (ITEP)</w:t>
      </w:r>
    </w:p>
    <w:p w14:paraId="64172130" w14:textId="77777777" w:rsidR="00813EA4" w:rsidRDefault="00FC6798">
      <w:pPr>
        <w:spacing w:after="20"/>
        <w:jc w:val="center"/>
      </w:pPr>
      <w:r>
        <w:rPr>
          <w:b/>
          <w:sz w:val="25"/>
        </w:rPr>
        <w:t>NCTE MANDATORY DISCLOSURE</w:t>
      </w:r>
    </w:p>
    <w:p w14:paraId="666117EF" w14:textId="5E27069B" w:rsidR="00813EA4" w:rsidRDefault="00FC6798">
      <w:pPr>
        <w:spacing w:after="80"/>
        <w:jc w:val="center"/>
      </w:pPr>
      <w:r>
        <w:rPr>
          <w:sz w:val="17"/>
        </w:rPr>
        <w:t xml:space="preserve">As per NCTE Regulations, 2014 - Clause 7(14) | Last Updated: </w:t>
      </w:r>
      <w:r w:rsidR="00FD1854">
        <w:rPr>
          <w:sz w:val="17"/>
        </w:rPr>
        <w:t>17</w:t>
      </w:r>
      <w:r>
        <w:rPr>
          <w:sz w:val="17"/>
        </w:rPr>
        <w:t xml:space="preserve"> / </w:t>
      </w:r>
      <w:r w:rsidR="00FD1854">
        <w:rPr>
          <w:sz w:val="17"/>
        </w:rPr>
        <w:t>09</w:t>
      </w:r>
      <w:r>
        <w:rPr>
          <w:sz w:val="17"/>
        </w:rPr>
        <w:t xml:space="preserve"> / </w:t>
      </w:r>
      <w:r w:rsidR="00FD1854">
        <w:rPr>
          <w:sz w:val="17"/>
        </w:rPr>
        <w:t>2026</w:t>
      </w:r>
    </w:p>
    <w:p w14:paraId="35E02270" w14:textId="77777777" w:rsidR="00813EA4" w:rsidRDefault="00FC6798">
      <w:pPr>
        <w:spacing w:before="40" w:after="40"/>
      </w:pPr>
      <w:r>
        <w:rPr>
          <w:b/>
          <w:sz w:val="21"/>
        </w:rPr>
        <w:t>1. Basic Information</w:t>
      </w:r>
    </w:p>
    <w:tbl>
      <w:tblPr>
        <w:tblStyle w:val="TableGrid"/>
        <w:tblW w:w="14760" w:type="dxa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5148"/>
        <w:gridCol w:w="2232"/>
        <w:gridCol w:w="5148"/>
      </w:tblGrid>
      <w:tr w:rsidR="00813EA4" w14:paraId="4D23B14C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95EAC4" w14:textId="77777777" w:rsidR="00813EA4" w:rsidRDefault="00FC6798">
            <w:r>
              <w:rPr>
                <w:b/>
                <w:sz w:val="16"/>
              </w:rPr>
              <w:t>Name of Institution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5C575D" w14:textId="77777777" w:rsidR="00813EA4" w:rsidRDefault="00FC6798">
            <w:r>
              <w:rPr>
                <w:sz w:val="16"/>
              </w:rPr>
              <w:t>Oriental University, Indore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9075DB" w14:textId="77777777" w:rsidR="00813EA4" w:rsidRDefault="00FC6798">
            <w:r>
              <w:rPr>
                <w:b/>
                <w:sz w:val="16"/>
              </w:rPr>
              <w:t>Type of Institution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064221" w14:textId="77777777" w:rsidR="00813EA4" w:rsidRDefault="00FC6798">
            <w:r>
              <w:rPr>
                <w:sz w:val="16"/>
              </w:rPr>
              <w:t>Self-Financed University</w:t>
            </w:r>
          </w:p>
        </w:tc>
      </w:tr>
      <w:tr w:rsidR="00813EA4" w14:paraId="47AC97CC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558B1F" w14:textId="77777777" w:rsidR="00813EA4" w:rsidRDefault="00FC6798">
            <w:r>
              <w:rPr>
                <w:b/>
                <w:sz w:val="16"/>
              </w:rPr>
              <w:t>Address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C70E4A" w14:textId="77777777" w:rsidR="00813EA4" w:rsidRDefault="00FC6798">
            <w:r>
              <w:rPr>
                <w:sz w:val="16"/>
              </w:rPr>
              <w:t>Opp. Reoti Range, Gate No. 1, Sanwer Road, Jakhya, Indore, Madhya Pradesh - 453555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7BE142" w14:textId="77777777" w:rsidR="00813EA4" w:rsidRDefault="00FC6798">
            <w:r>
              <w:rPr>
                <w:b/>
                <w:sz w:val="16"/>
              </w:rPr>
              <w:t>Official Website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7D798A" w14:textId="77777777" w:rsidR="00813EA4" w:rsidRDefault="00FC6798">
            <w:r>
              <w:rPr>
                <w:sz w:val="16"/>
              </w:rPr>
              <w:t>www.oui.edu.in</w:t>
            </w:r>
          </w:p>
        </w:tc>
      </w:tr>
      <w:tr w:rsidR="00813EA4" w14:paraId="53B2EB66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483FE8" w14:textId="77777777" w:rsidR="00813EA4" w:rsidRDefault="00FC6798">
            <w:r>
              <w:rPr>
                <w:b/>
                <w:sz w:val="16"/>
              </w:rPr>
              <w:t>Department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C8761B" w14:textId="37A8DD8F" w:rsidR="00813EA4" w:rsidRDefault="00FC6798">
            <w:r>
              <w:rPr>
                <w:sz w:val="16"/>
              </w:rPr>
              <w:t>Faculty of Education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67C6F2" w14:textId="77777777" w:rsidR="00813EA4" w:rsidRDefault="00FC6798">
            <w:r>
              <w:rPr>
                <w:b/>
                <w:sz w:val="16"/>
              </w:rPr>
              <w:t>NCTE Region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480349" w14:textId="77777777" w:rsidR="00813EA4" w:rsidRDefault="00FC6798">
            <w:r>
              <w:rPr>
                <w:sz w:val="16"/>
              </w:rPr>
              <w:t>Western Regional Committee (WRC)</w:t>
            </w:r>
          </w:p>
        </w:tc>
      </w:tr>
      <w:tr w:rsidR="00813EA4" w14:paraId="25852CA5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FD86C4" w14:textId="77777777" w:rsidR="00813EA4" w:rsidRDefault="00FC6798">
            <w:r>
              <w:rPr>
                <w:b/>
                <w:sz w:val="16"/>
              </w:rPr>
              <w:t>Programme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27D775" w14:textId="77777777" w:rsidR="00813EA4" w:rsidRDefault="00FC6798">
            <w:r>
              <w:rPr>
                <w:sz w:val="16"/>
              </w:rPr>
              <w:t>4-Year Integrated Teacher Education Programme (ITEP)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817D92" w14:textId="77777777" w:rsidR="00813EA4" w:rsidRDefault="00FC6798">
            <w:r>
              <w:rPr>
                <w:b/>
                <w:sz w:val="16"/>
              </w:rPr>
              <w:t>Mode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BB0A40" w14:textId="77777777" w:rsidR="00813EA4" w:rsidRDefault="00FC6798">
            <w:r>
              <w:rPr>
                <w:sz w:val="16"/>
              </w:rPr>
              <w:t>Regular / Face-to-Face</w:t>
            </w:r>
          </w:p>
        </w:tc>
      </w:tr>
      <w:tr w:rsidR="00813EA4" w14:paraId="0C469801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0E6A65" w14:textId="77777777" w:rsidR="00813EA4" w:rsidRDefault="00FC6798">
            <w:r>
              <w:rPr>
                <w:b/>
                <w:sz w:val="16"/>
              </w:rPr>
              <w:t>Academic Session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145DDD" w14:textId="77777777" w:rsidR="00813EA4" w:rsidRDefault="00FC6798">
            <w:r>
              <w:rPr>
                <w:sz w:val="16"/>
              </w:rPr>
              <w:t>2026-27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61B178" w14:textId="77777777" w:rsidR="00813EA4" w:rsidRDefault="00FC6798">
            <w:r>
              <w:rPr>
                <w:b/>
                <w:sz w:val="16"/>
              </w:rPr>
              <w:t>Stream / Stage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E200D4" w14:textId="1AA5F797" w:rsidR="00813EA4" w:rsidRDefault="00ED3887">
            <w:r>
              <w:rPr>
                <w:sz w:val="16"/>
              </w:rPr>
              <w:t>Education, Graduation</w:t>
            </w:r>
          </w:p>
        </w:tc>
      </w:tr>
      <w:tr w:rsidR="00813EA4" w14:paraId="4AB73F9E" w14:textId="77777777">
        <w:trPr>
          <w:cantSplit/>
          <w:jc w:val="center"/>
        </w:trPr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420511" w14:textId="77777777" w:rsidR="00813EA4" w:rsidRDefault="00FC6798">
            <w:r>
              <w:rPr>
                <w:b/>
                <w:sz w:val="16"/>
              </w:rPr>
              <w:t>NCTE Application / File No.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C91CD3" w14:textId="5390F5CB" w:rsidR="00813EA4" w:rsidRDefault="00FD1854">
            <w:r>
              <w:rPr>
                <w:sz w:val="16"/>
              </w:rPr>
              <w:t>NCTE/WRC/26272025091/MADHYAPRADESH/2025</w:t>
            </w:r>
          </w:p>
        </w:tc>
        <w:tc>
          <w:tcPr>
            <w:tcW w:w="2232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63C354" w14:textId="77777777" w:rsidR="00813EA4" w:rsidRDefault="00FC6798">
            <w:r>
              <w:rPr>
                <w:b/>
                <w:sz w:val="16"/>
              </w:rPr>
              <w:t>Approved / Proposed Intake</w:t>
            </w:r>
          </w:p>
        </w:tc>
        <w:tc>
          <w:tcPr>
            <w:tcW w:w="514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492258" w14:textId="5D7B0DB7" w:rsidR="00813EA4" w:rsidRDefault="00ED3887">
            <w:r>
              <w:rPr>
                <w:sz w:val="16"/>
              </w:rPr>
              <w:t>100 (One Hundred)</w:t>
            </w:r>
          </w:p>
        </w:tc>
      </w:tr>
    </w:tbl>
    <w:p w14:paraId="3D0154E3" w14:textId="77777777" w:rsidR="00332593" w:rsidRDefault="00332593">
      <w:pPr>
        <w:spacing w:before="40" w:after="40"/>
        <w:rPr>
          <w:b/>
          <w:sz w:val="21"/>
        </w:rPr>
      </w:pPr>
    </w:p>
    <w:p w14:paraId="7B44F179" w14:textId="1A21CF6A" w:rsidR="00332593" w:rsidRDefault="00332593">
      <w:pPr>
        <w:rPr>
          <w:b/>
          <w:sz w:val="21"/>
        </w:rPr>
      </w:pPr>
    </w:p>
    <w:p w14:paraId="73106C56" w14:textId="772255DD" w:rsidR="00813EA4" w:rsidRDefault="00FC6798">
      <w:pPr>
        <w:spacing w:before="40" w:after="40"/>
      </w:pPr>
      <w:r>
        <w:rPr>
          <w:b/>
          <w:sz w:val="21"/>
        </w:rPr>
        <w:t>2. Important NCTE / ITEP Information and Links</w:t>
      </w:r>
    </w:p>
    <w:tbl>
      <w:tblPr>
        <w:tblStyle w:val="TableGrid"/>
        <w:tblW w:w="1476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6408"/>
        <w:gridCol w:w="1872"/>
        <w:gridCol w:w="5760"/>
      </w:tblGrid>
      <w:tr w:rsidR="00813EA4" w14:paraId="0567036C" w14:textId="77777777">
        <w:trPr>
          <w:tblHeader/>
          <w:jc w:val="center"/>
        </w:trPr>
        <w:tc>
          <w:tcPr>
            <w:tcW w:w="720" w:type="dxa"/>
            <w:shd w:val="clear" w:color="auto" w:fill="D9EA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190B36" w14:textId="77777777" w:rsidR="00813EA4" w:rsidRDefault="00FC6798">
            <w:pPr>
              <w:jc w:val="center"/>
            </w:pPr>
            <w:r>
              <w:rPr>
                <w:b/>
                <w:sz w:val="16"/>
              </w:rPr>
              <w:t>S. No.</w:t>
            </w:r>
          </w:p>
        </w:tc>
        <w:tc>
          <w:tcPr>
            <w:tcW w:w="6408" w:type="dxa"/>
            <w:shd w:val="clear" w:color="auto" w:fill="D9EA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D00D14" w14:textId="77777777" w:rsidR="00813EA4" w:rsidRDefault="00FC6798">
            <w:pPr>
              <w:jc w:val="center"/>
            </w:pPr>
            <w:r>
              <w:rPr>
                <w:b/>
                <w:sz w:val="16"/>
              </w:rPr>
              <w:t>Information / Document</w:t>
            </w:r>
          </w:p>
        </w:tc>
        <w:tc>
          <w:tcPr>
            <w:tcW w:w="1872" w:type="dxa"/>
            <w:shd w:val="clear" w:color="auto" w:fill="D9EA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9298C5" w14:textId="77777777" w:rsidR="00813EA4" w:rsidRDefault="00FC6798">
            <w:pPr>
              <w:jc w:val="center"/>
            </w:pPr>
            <w:r>
              <w:rPr>
                <w:b/>
                <w:sz w:val="16"/>
              </w:rPr>
              <w:t>Status</w:t>
            </w:r>
          </w:p>
        </w:tc>
        <w:tc>
          <w:tcPr>
            <w:tcW w:w="5760" w:type="dxa"/>
            <w:shd w:val="clear" w:color="auto" w:fill="D9EAF7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FBBBF8" w14:textId="77777777" w:rsidR="00813EA4" w:rsidRDefault="00FC6798">
            <w:pPr>
              <w:jc w:val="center"/>
            </w:pPr>
            <w:r>
              <w:rPr>
                <w:b/>
                <w:sz w:val="16"/>
              </w:rPr>
              <w:t>Website / PDF Link</w:t>
            </w:r>
          </w:p>
        </w:tc>
      </w:tr>
      <w:tr w:rsidR="00813EA4" w14:paraId="7D65DFAE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FAF00B" w14:textId="77777777" w:rsidR="00813EA4" w:rsidRDefault="00FC6798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D7BD79" w14:textId="77777777" w:rsidR="00813EA4" w:rsidRDefault="00FC6798">
            <w:r>
              <w:rPr>
                <w:sz w:val="15"/>
              </w:rPr>
              <w:t>NCTE Website / WRC Page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8C9EE1" w14:textId="77777777" w:rsidR="00813EA4" w:rsidRDefault="00FC6798">
            <w:r>
              <w:rPr>
                <w:sz w:val="15"/>
              </w:rPr>
              <w:t>Available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B7E1FF" w14:textId="0D81DAD9" w:rsidR="00813EA4" w:rsidRDefault="00FD1854">
            <w:r w:rsidRPr="00FD1854">
              <w:t>https://web.ncte.gov.in/en</w:t>
            </w:r>
          </w:p>
        </w:tc>
      </w:tr>
      <w:tr w:rsidR="00813EA4" w14:paraId="16CA996C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431391" w14:textId="77777777" w:rsidR="00813EA4" w:rsidRDefault="00FC6798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52772B" w14:textId="0636267F" w:rsidR="00813EA4" w:rsidRDefault="00FD1854">
            <w:r>
              <w:rPr>
                <w:sz w:val="15"/>
              </w:rPr>
              <w:t>ITEP Letter of Intent (LOI)</w:t>
            </w:r>
            <w:r w:rsidR="00FC6798">
              <w:rPr>
                <w:sz w:val="15"/>
              </w:rPr>
              <w:t xml:space="preserve"> 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B29021" w14:textId="77777777" w:rsidR="00813EA4" w:rsidRDefault="00FC6798">
            <w:r>
              <w:rPr>
                <w:sz w:val="15"/>
              </w:rPr>
              <w:t>Upload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4FFDDC" w14:textId="49B5796D" w:rsidR="00813EA4" w:rsidRDefault="00813EA4"/>
        </w:tc>
      </w:tr>
      <w:tr w:rsidR="00813EA4" w14:paraId="71F9C22A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6C760F" w14:textId="77777777" w:rsidR="00813EA4" w:rsidRDefault="00FC6798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FA15A2" w14:textId="77777777" w:rsidR="00813EA4" w:rsidRDefault="00FC6798">
            <w:r>
              <w:rPr>
                <w:sz w:val="15"/>
              </w:rPr>
              <w:t>ITEP Programme and Intake Details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1CCF2F" w14:textId="77777777" w:rsidR="00813EA4" w:rsidRDefault="00FC6798">
            <w:r>
              <w:rPr>
                <w:sz w:val="15"/>
              </w:rPr>
              <w:t>Upload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44DDB2" w14:textId="2206B3F9" w:rsidR="00813EA4" w:rsidRDefault="00FD1854">
            <w:r>
              <w:t xml:space="preserve">Four Year ITEP </w:t>
            </w:r>
            <w:proofErr w:type="spellStart"/>
            <w:r>
              <w:t>Programme</w:t>
            </w:r>
            <w:proofErr w:type="spellEnd"/>
            <w:r>
              <w:t xml:space="preserve"> with 100 Intake</w:t>
            </w:r>
          </w:p>
        </w:tc>
      </w:tr>
      <w:tr w:rsidR="00813EA4" w14:paraId="43044DBE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9ABC06" w14:textId="77777777" w:rsidR="00813EA4" w:rsidRDefault="00FC6798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2BE1E8" w14:textId="77777777" w:rsidR="00813EA4" w:rsidRDefault="00FC6798">
            <w:r>
              <w:rPr>
                <w:sz w:val="15"/>
              </w:rPr>
              <w:t>Teaching Faculty Details with Photograph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86762B" w14:textId="77777777" w:rsidR="00813EA4" w:rsidRDefault="00FC6798">
            <w:r>
              <w:rPr>
                <w:sz w:val="15"/>
              </w:rPr>
              <w:t>Same Page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70373F" w14:textId="763321B6" w:rsidR="00813EA4" w:rsidRDefault="00813EA4"/>
        </w:tc>
      </w:tr>
      <w:tr w:rsidR="00813EA4" w14:paraId="6CAF1130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275468" w14:textId="77777777" w:rsidR="00813EA4" w:rsidRDefault="00FC6798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DDE036" w14:textId="77777777" w:rsidR="00813EA4" w:rsidRDefault="00FC6798">
            <w:r>
              <w:rPr>
                <w:sz w:val="15"/>
              </w:rPr>
              <w:t>Non-Teaching Staff Details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EF6DEF" w14:textId="77777777" w:rsidR="00813EA4" w:rsidRDefault="00FC6798">
            <w:r>
              <w:rPr>
                <w:sz w:val="15"/>
              </w:rPr>
              <w:t>Same Page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591608" w14:textId="77777777" w:rsidR="00813EA4" w:rsidRDefault="00FC6798">
            <w:r>
              <w:rPr>
                <w:sz w:val="15"/>
              </w:rPr>
              <w:t>____________________________</w:t>
            </w:r>
          </w:p>
        </w:tc>
      </w:tr>
      <w:tr w:rsidR="00813EA4" w14:paraId="2679A5C9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3347F1" w14:textId="77777777" w:rsidR="00813EA4" w:rsidRDefault="00FC6798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5B9270" w14:textId="77777777" w:rsidR="00813EA4" w:rsidRDefault="00FC6798">
            <w:r>
              <w:rPr>
                <w:sz w:val="15"/>
              </w:rPr>
              <w:t>Faculty Joined / Left in Last Quarter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0D9AC5" w14:textId="77777777" w:rsidR="00813EA4" w:rsidRDefault="00FC6798">
            <w:r>
              <w:rPr>
                <w:sz w:val="15"/>
              </w:rPr>
              <w:t>Same Page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F7475E" w14:textId="3B4B477F" w:rsidR="00813EA4" w:rsidRDefault="001213E0">
            <w:hyperlink r:id="rId8" w:history="1">
              <w:r w:rsidRPr="001213E0">
                <w:rPr>
                  <w:rStyle w:val="Hyperlink"/>
                </w:rPr>
                <w:t>https://oui.edu.in/storage/2026/07/Faculty-Members-Joined-and-Relieved-During-the-Current-Academic-Year.pdf</w:t>
              </w:r>
            </w:hyperlink>
          </w:p>
        </w:tc>
      </w:tr>
      <w:tr w:rsidR="00813EA4" w14:paraId="2D4CC694" w14:textId="77777777">
        <w:trPr>
          <w:cantSplit/>
          <w:jc w:val="center"/>
        </w:trPr>
        <w:tc>
          <w:tcPr>
            <w:tcW w:w="72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D9D22F" w14:textId="77777777" w:rsidR="00813EA4" w:rsidRDefault="00FC6798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6408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611775" w14:textId="77777777" w:rsidR="00813EA4" w:rsidRDefault="00FC6798">
            <w:r>
              <w:rPr>
                <w:sz w:val="15"/>
              </w:rPr>
              <w:t>Infrastructure, Library and Last-Quarter Updates</w:t>
            </w:r>
          </w:p>
        </w:tc>
        <w:tc>
          <w:tcPr>
            <w:tcW w:w="1872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CDE12A" w14:textId="77777777" w:rsidR="00813EA4" w:rsidRDefault="00FC6798">
            <w:r>
              <w:rPr>
                <w:sz w:val="15"/>
              </w:rPr>
              <w:t>Same Page / Link</w:t>
            </w:r>
          </w:p>
        </w:tc>
        <w:tc>
          <w:tcPr>
            <w:tcW w:w="5760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43ACE6" w14:textId="77777777" w:rsidR="00813EA4" w:rsidRDefault="00FC6798">
            <w:r>
              <w:rPr>
                <w:sz w:val="15"/>
              </w:rPr>
              <w:t>____________________________</w:t>
            </w:r>
          </w:p>
        </w:tc>
      </w:tr>
    </w:tbl>
    <w:p w14:paraId="756AD921" w14:textId="77777777" w:rsidR="00813EA4" w:rsidRDefault="00FC6798">
      <w:pPr>
        <w:spacing w:before="40" w:after="0"/>
      </w:pPr>
      <w:r>
        <w:rPr>
          <w:i/>
          <w:sz w:val="15"/>
        </w:rPr>
        <w:t xml:space="preserve">Keep all links </w:t>
      </w:r>
      <w:proofErr w:type="gramStart"/>
      <w:r>
        <w:rPr>
          <w:i/>
          <w:sz w:val="15"/>
        </w:rPr>
        <w:t>live</w:t>
      </w:r>
      <w:proofErr w:type="gramEnd"/>
      <w:r>
        <w:rPr>
          <w:i/>
          <w:sz w:val="15"/>
        </w:rPr>
        <w:t xml:space="preserve"> and update the page whenever any information changes.</w:t>
      </w:r>
    </w:p>
    <w:p w14:paraId="1D1A0858" w14:textId="77777777" w:rsidR="00E250AE" w:rsidRDefault="00E250AE">
      <w:pPr>
        <w:keepNext/>
        <w:spacing w:before="40" w:after="40"/>
        <w:rPr>
          <w:b/>
          <w:sz w:val="21"/>
        </w:rPr>
      </w:pPr>
    </w:p>
    <w:p w14:paraId="5C71F971" w14:textId="1E1EC28B" w:rsidR="00813EA4" w:rsidRDefault="00DE113A">
      <w:pPr>
        <w:keepNext/>
        <w:spacing w:before="40" w:after="40"/>
      </w:pPr>
      <w:r>
        <w:rPr>
          <w:b/>
          <w:sz w:val="21"/>
        </w:rPr>
        <w:t>3</w:t>
      </w:r>
      <w:r w:rsidR="00FC6798">
        <w:rPr>
          <w:b/>
          <w:sz w:val="21"/>
        </w:rPr>
        <w:t>. Infrastructure and Facilities</w:t>
      </w:r>
    </w:p>
    <w:tbl>
      <w:tblPr>
        <w:tblStyle w:val="TableGrid"/>
        <w:tblW w:w="14760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5004"/>
        <w:gridCol w:w="2376"/>
        <w:gridCol w:w="5004"/>
      </w:tblGrid>
      <w:tr w:rsidR="00813EA4" w14:paraId="315597CF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B3D70B" w14:textId="77777777" w:rsidR="00813EA4" w:rsidRDefault="00FC6798">
            <w:r>
              <w:rPr>
                <w:b/>
                <w:sz w:val="15"/>
              </w:rPr>
              <w:t>Library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4D8B53" w14:textId="77777777" w:rsidR="00813EA4" w:rsidRDefault="00FC6798">
            <w:r>
              <w:rPr>
                <w:sz w:val="15"/>
              </w:rPr>
              <w:t>Available</w:t>
            </w:r>
          </w:p>
        </w:tc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E6D030" w14:textId="77777777" w:rsidR="00813EA4" w:rsidRDefault="00FC6798">
            <w:r>
              <w:rPr>
                <w:b/>
                <w:sz w:val="15"/>
              </w:rPr>
              <w:t>Computer / ICT Lab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CD7D88" w14:textId="77777777" w:rsidR="00813EA4" w:rsidRDefault="00FC6798">
            <w:r>
              <w:rPr>
                <w:sz w:val="15"/>
              </w:rPr>
              <w:t>Available / Details: __________</w:t>
            </w:r>
          </w:p>
        </w:tc>
      </w:tr>
      <w:tr w:rsidR="00813EA4" w14:paraId="1DC5E4DD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ADAC07" w14:textId="1A1B3A26" w:rsidR="00813EA4" w:rsidRDefault="00FC6798">
            <w:r>
              <w:rPr>
                <w:b/>
                <w:sz w:val="15"/>
              </w:rPr>
              <w:t>Labs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AD5B7E" w14:textId="7CA551FE" w:rsidR="00813EA4" w:rsidRDefault="005058EE">
            <w:r>
              <w:rPr>
                <w:sz w:val="15"/>
              </w:rPr>
              <w:t xml:space="preserve">Yea Available as per norms </w:t>
            </w:r>
          </w:p>
        </w:tc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9BA72B" w14:textId="77777777" w:rsidR="00813EA4" w:rsidRDefault="00FC6798">
            <w:r>
              <w:rPr>
                <w:b/>
                <w:sz w:val="15"/>
              </w:rPr>
              <w:t>Activity / Resource Centre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6917E1" w14:textId="7142E0F1" w:rsidR="00813EA4" w:rsidRDefault="005058EE">
            <w:r>
              <w:rPr>
                <w:sz w:val="15"/>
              </w:rPr>
              <w:t>Yes Available</w:t>
            </w:r>
          </w:p>
        </w:tc>
      </w:tr>
      <w:tr w:rsidR="00813EA4" w14:paraId="06C7BEA9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E9A8C2" w14:textId="77777777" w:rsidR="00813EA4" w:rsidRDefault="00FC6798">
            <w:r>
              <w:rPr>
                <w:b/>
                <w:sz w:val="15"/>
              </w:rPr>
              <w:t>Multipurpose Hall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FBF656" w14:textId="0D968928" w:rsidR="00813EA4" w:rsidRDefault="005058EE">
            <w:r>
              <w:rPr>
                <w:sz w:val="15"/>
              </w:rPr>
              <w:t>Yes Available</w:t>
            </w:r>
          </w:p>
        </w:tc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26359C" w14:textId="77777777" w:rsidR="00813EA4" w:rsidRDefault="00FC6798">
            <w:r>
              <w:rPr>
                <w:b/>
                <w:sz w:val="15"/>
              </w:rPr>
              <w:t>Sports / Physical Education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E35886" w14:textId="3F99D6DE" w:rsidR="00813EA4" w:rsidRDefault="005058EE">
            <w:r>
              <w:rPr>
                <w:sz w:val="15"/>
              </w:rPr>
              <w:t>Yes Available</w:t>
            </w:r>
          </w:p>
        </w:tc>
      </w:tr>
      <w:tr w:rsidR="00813EA4" w14:paraId="7098FFE8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EA12CA" w14:textId="77777777" w:rsidR="00813EA4" w:rsidRDefault="00FC6798">
            <w:r>
              <w:rPr>
                <w:b/>
                <w:sz w:val="15"/>
              </w:rPr>
              <w:t>Drinking Water / Toilets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DFAE78" w14:textId="01DEC4C8" w:rsidR="00813EA4" w:rsidRDefault="005058EE">
            <w:r>
              <w:rPr>
                <w:sz w:val="15"/>
              </w:rPr>
              <w:t>Yes Available</w:t>
            </w:r>
          </w:p>
        </w:tc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34F854" w14:textId="61507E89" w:rsidR="00813EA4" w:rsidRDefault="00FC6798">
            <w:r>
              <w:rPr>
                <w:b/>
                <w:sz w:val="15"/>
              </w:rPr>
              <w:t>Barrier-Free Access</w:t>
            </w:r>
            <w:r w:rsidR="005058EE">
              <w:rPr>
                <w:b/>
                <w:sz w:val="15"/>
              </w:rPr>
              <w:t xml:space="preserve"> 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2773F9" w14:textId="187A5F9F" w:rsidR="00813EA4" w:rsidRDefault="005058EE">
            <w:r>
              <w:rPr>
                <w:sz w:val="15"/>
              </w:rPr>
              <w:t>Yes Available</w:t>
            </w:r>
            <w:r>
              <w:rPr>
                <w:sz w:val="15"/>
              </w:rPr>
              <w:t>- Lift Available</w:t>
            </w:r>
          </w:p>
        </w:tc>
      </w:tr>
      <w:tr w:rsidR="00813EA4" w14:paraId="07082AE2" w14:textId="77777777">
        <w:trPr>
          <w:jc w:val="center"/>
        </w:trPr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BE6E08" w14:textId="77777777" w:rsidR="00813EA4" w:rsidRDefault="00FC6798">
            <w:r>
              <w:rPr>
                <w:b/>
                <w:sz w:val="15"/>
              </w:rPr>
              <w:t>Fire / Safety / Other Facilities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8FDCE7" w14:textId="612DC055" w:rsidR="00813EA4" w:rsidRDefault="005058EE">
            <w:r>
              <w:rPr>
                <w:sz w:val="15"/>
              </w:rPr>
              <w:t>Yes Available</w:t>
            </w:r>
          </w:p>
        </w:tc>
        <w:tc>
          <w:tcPr>
            <w:tcW w:w="2376" w:type="dxa"/>
            <w:shd w:val="clear" w:color="auto" w:fill="EAF2F8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1A8C5E" w14:textId="77777777" w:rsidR="00813EA4" w:rsidRDefault="00FC6798">
            <w:r>
              <w:rPr>
                <w:b/>
                <w:sz w:val="15"/>
              </w:rPr>
              <w:t>Remarks</w:t>
            </w:r>
          </w:p>
        </w:tc>
        <w:tc>
          <w:tcPr>
            <w:tcW w:w="5004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87D521" w14:textId="77777777" w:rsidR="00813EA4" w:rsidRDefault="00FC6798">
            <w:r>
              <w:rPr>
                <w:sz w:val="15"/>
              </w:rPr>
              <w:t>____________________</w:t>
            </w:r>
          </w:p>
        </w:tc>
      </w:tr>
    </w:tbl>
    <w:p w14:paraId="7478827D" w14:textId="77777777" w:rsidR="00DE113A" w:rsidRDefault="00DE113A">
      <w:pPr>
        <w:keepNext/>
        <w:spacing w:before="40" w:after="40"/>
        <w:rPr>
          <w:b/>
          <w:sz w:val="21"/>
        </w:rPr>
      </w:pPr>
    </w:p>
    <w:sectPr w:rsidR="00DE113A" w:rsidSect="00034616">
      <w:headerReference w:type="default" r:id="rId9"/>
      <w:footerReference w:type="default" r:id="rId10"/>
      <w:pgSz w:w="16834" w:h="11909" w:orient="landscape"/>
      <w:pgMar w:top="1944" w:right="864" w:bottom="1181" w:left="864" w:header="115" w:footer="1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FBF3" w14:textId="77777777" w:rsidR="00FC6798" w:rsidRDefault="00FC6798">
      <w:pPr>
        <w:spacing w:after="0" w:line="240" w:lineRule="auto"/>
      </w:pPr>
      <w:r>
        <w:separator/>
      </w:r>
    </w:p>
  </w:endnote>
  <w:endnote w:type="continuationSeparator" w:id="0">
    <w:p w14:paraId="331FD876" w14:textId="77777777" w:rsidR="00FC6798" w:rsidRDefault="00FC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C1A20" w14:textId="77777777" w:rsidR="00813EA4" w:rsidRDefault="00FC6798">
    <w:pPr>
      <w:pStyle w:val="Footer"/>
      <w:jc w:val="center"/>
    </w:pPr>
    <w:r>
      <w:rPr>
        <w:noProof/>
      </w:rPr>
      <w:drawing>
        <wp:inline distT="0" distB="0" distL="0" distR="0" wp14:anchorId="450355E0" wp14:editId="2C025954">
          <wp:extent cx="9372600" cy="899891"/>
          <wp:effectExtent l="0" t="0" r="0" b="0"/>
          <wp:docPr id="663083287" name="Picture 6630832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u_footer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72600" cy="899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B803" w14:textId="77777777" w:rsidR="00FC6798" w:rsidRDefault="00FC6798">
      <w:pPr>
        <w:spacing w:after="0" w:line="240" w:lineRule="auto"/>
      </w:pPr>
      <w:r>
        <w:separator/>
      </w:r>
    </w:p>
  </w:footnote>
  <w:footnote w:type="continuationSeparator" w:id="0">
    <w:p w14:paraId="314253F5" w14:textId="77777777" w:rsidR="00FC6798" w:rsidRDefault="00FC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CE23" w14:textId="77777777" w:rsidR="00813EA4" w:rsidRDefault="00FC6798">
    <w:pPr>
      <w:pStyle w:val="Header"/>
      <w:jc w:val="center"/>
    </w:pPr>
    <w:r>
      <w:rPr>
        <w:noProof/>
      </w:rPr>
      <w:drawing>
        <wp:inline distT="0" distB="0" distL="0" distR="0" wp14:anchorId="08BD5B6B" wp14:editId="6368C2BA">
          <wp:extent cx="9372600" cy="186841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u_header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72600" cy="18684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1049278">
    <w:abstractNumId w:val="8"/>
  </w:num>
  <w:num w:numId="2" w16cid:durableId="1415735833">
    <w:abstractNumId w:val="6"/>
  </w:num>
  <w:num w:numId="3" w16cid:durableId="1604652411">
    <w:abstractNumId w:val="5"/>
  </w:num>
  <w:num w:numId="4" w16cid:durableId="141970851">
    <w:abstractNumId w:val="4"/>
  </w:num>
  <w:num w:numId="5" w16cid:durableId="715741680">
    <w:abstractNumId w:val="7"/>
  </w:num>
  <w:num w:numId="6" w16cid:durableId="583102416">
    <w:abstractNumId w:val="3"/>
  </w:num>
  <w:num w:numId="7" w16cid:durableId="956789996">
    <w:abstractNumId w:val="2"/>
  </w:num>
  <w:num w:numId="8" w16cid:durableId="169217688">
    <w:abstractNumId w:val="1"/>
  </w:num>
  <w:num w:numId="9" w16cid:durableId="125609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3B7"/>
    <w:rsid w:val="001213E0"/>
    <w:rsid w:val="0015074B"/>
    <w:rsid w:val="0019142B"/>
    <w:rsid w:val="001B0B3F"/>
    <w:rsid w:val="00212E9F"/>
    <w:rsid w:val="00255315"/>
    <w:rsid w:val="0029012A"/>
    <w:rsid w:val="0029639D"/>
    <w:rsid w:val="002B6298"/>
    <w:rsid w:val="00326F90"/>
    <w:rsid w:val="00332593"/>
    <w:rsid w:val="003526CB"/>
    <w:rsid w:val="003E5156"/>
    <w:rsid w:val="0046683F"/>
    <w:rsid w:val="004D4622"/>
    <w:rsid w:val="005058EE"/>
    <w:rsid w:val="00584883"/>
    <w:rsid w:val="005B28FC"/>
    <w:rsid w:val="005D213A"/>
    <w:rsid w:val="005F732B"/>
    <w:rsid w:val="00621A79"/>
    <w:rsid w:val="0077661D"/>
    <w:rsid w:val="007A6AD3"/>
    <w:rsid w:val="007B30B9"/>
    <w:rsid w:val="0080284C"/>
    <w:rsid w:val="00810E30"/>
    <w:rsid w:val="00813EA4"/>
    <w:rsid w:val="00887C76"/>
    <w:rsid w:val="00942959"/>
    <w:rsid w:val="009F5136"/>
    <w:rsid w:val="00A1245E"/>
    <w:rsid w:val="00A207C5"/>
    <w:rsid w:val="00A6074C"/>
    <w:rsid w:val="00AA1D8D"/>
    <w:rsid w:val="00B46827"/>
    <w:rsid w:val="00B47730"/>
    <w:rsid w:val="00B96970"/>
    <w:rsid w:val="00C907DB"/>
    <w:rsid w:val="00CB0664"/>
    <w:rsid w:val="00D234E9"/>
    <w:rsid w:val="00DE113A"/>
    <w:rsid w:val="00DF6753"/>
    <w:rsid w:val="00E250AE"/>
    <w:rsid w:val="00ED3887"/>
    <w:rsid w:val="00F35DEE"/>
    <w:rsid w:val="00F42503"/>
    <w:rsid w:val="00FC6798"/>
    <w:rsid w:val="00FC693F"/>
    <w:rsid w:val="00FD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1261EC"/>
  <w14:defaultImageDpi w14:val="300"/>
  <w15:docId w15:val="{68231309-DCB6-4675-8AB1-EB78282F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67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7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13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i.edu.in/storage/2026/07/Faculty-Members-Joined-and-Relieved-During-the-Current-Academic-Year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Registrar Oriental University</cp:lastModifiedBy>
  <cp:revision>2</cp:revision>
  <dcterms:created xsi:type="dcterms:W3CDTF">2026-09-17T14:04:00Z</dcterms:created>
  <dcterms:modified xsi:type="dcterms:W3CDTF">2026-09-17T14:04:00Z</dcterms:modified>
  <cp:category/>
</cp:coreProperties>
</file>